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עובדה או דעה?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רמז המסגירות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משפטי עובדה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דבר שאפשר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מילים כאלה מסגירות דעה, לא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דבר שאי אפשר להוכיח, זו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דעות דורשות נימוק וניתן להתווכח עליהן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להוכיח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משפט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עובדה שאפשר לבדוק, ומשפט דעה עם מילת רמז כמו צריך או כדאי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המכיל את מילת הרמז ומבטא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דעה ברורה עם מילת רמז, ונימוק קצר והגיוני התומך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מחשבה או הרגשה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הכי, צריך, כדאי,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שאפשר לאמת כנכון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מהלוח ולבקש מהתלמידים לסווג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מילות הרמז כאסטרטגיה מעשית לזיהוי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עובדה או דעה?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להבדיל בין עובדה - דבר שאפשר לבדוק ולהוכיח, לבין דעה - מה מישהו חושב או מרגיש. ההבחנה הזו חשובה כשכותבים טיעון משכנע.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בית הספר צריך להתחיל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בכיתה שלנו יש עשרים וחמישה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הספר הזה הכי מעניין שקראתי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הכדור נופל כשזורקים אותו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כדאי לאכול יותר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בישראל יש ים תיכון וים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ולהוכיח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שמישהו חושב או מרגיש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הכי ויפה מסגירות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להוכיח שמשהו הוא הכי טעים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דעה אפשר להתווכח ולנמק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דבר שאפשר לבדוק ולהוכיח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מה שמישהו חושב או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מילים כמו הכי, יפה וצריך מסגירות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כשכותבים טיעון צריך __________ את הדעה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__________ עובדה בעזרת מידע או מחקר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משפט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ירושלים היא בירת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הסרט הזה הכי משעמם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צריך לאסור על שימוש בטלפונים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בשנה יש שנים עשר חודשים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כדאי ללכת לישון 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עובדה אחד ומשפט דעה אחד על בית הספר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ממילות הרמז (הכי, כדאי, צריך, יפה) וכתבו איתה משפט 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דעה על נושא שמעניין אתכם (כמו שעות הלימודים או שיעורי הבית) ונמקו אותה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רמז שמסגירה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עובדה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עובדה או דעה?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